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="240" w:lineRule="auto"/>
        <w:ind w:left="0" w:right="0"/>
        <w:jc w:val="right"/>
      </w:pPr>
      <w:r>
        <w:rPr>
          <w:rFonts w:ascii="Calibri" w:hAnsi="Calibri"/>
          <w:b w:val="0"/>
          <w:i w:val="0"/>
          <w:sz w:val="20"/>
        </w:rPr>
        <w:t xml:space="preserve">All’attenzione del Titolare del Trattamento </w:t>
      </w:r>
    </w:p>
    <w:p>
      <w:pPr>
        <w:spacing w:before="61" w:after="0" w:line="240" w:lineRule="auto"/>
        <w:ind w:left="0" w:right="0"/>
        <w:jc w:val="right"/>
      </w:pPr>
      <w:r>
        <w:rPr>
          <w:rFonts w:ascii="Calibri" w:hAnsi="Calibri"/>
          <w:b w:val="0"/>
          <w:i w:val="0"/>
          <w:sz w:val="20"/>
        </w:rPr>
        <w:t xml:space="preserve">GREENWAVER S.r.l. </w:t>
      </w:r>
    </w:p>
    <w:p>
      <w:pPr>
        <w:spacing w:before="54" w:after="0" w:line="240" w:lineRule="auto"/>
        <w:ind w:left="0" w:right="0"/>
        <w:jc w:val="right"/>
      </w:pPr>
      <w:r>
        <w:rPr>
          <w:rFonts w:ascii="Calibri" w:hAnsi="Calibri"/>
          <w:b w:val="0"/>
          <w:i w:val="0"/>
          <w:sz w:val="20"/>
        </w:rPr>
        <w:t xml:space="preserve">Via Ronco Veterinario s.n. </w:t>
      </w:r>
    </w:p>
    <w:p>
      <w:pPr>
        <w:spacing w:before="54" w:after="0" w:line="240" w:lineRule="auto"/>
        <w:ind w:left="0" w:right="0"/>
        <w:jc w:val="right"/>
      </w:pPr>
      <w:r>
        <w:rPr>
          <w:rFonts w:ascii="Calibri" w:hAnsi="Calibri"/>
          <w:b w:val="0"/>
          <w:i w:val="0"/>
          <w:sz w:val="20"/>
        </w:rPr>
        <w:t xml:space="preserve">96011 – Augusta (SR) </w:t>
      </w:r>
    </w:p>
    <w:p>
      <w:pPr>
        <w:spacing w:before="280" w:after="0" w:line="240" w:lineRule="auto"/>
        <w:ind w:left="0" w:right="0"/>
        <w:jc w:val="center"/>
      </w:pPr>
      <w:r>
        <w:rPr>
          <w:rFonts w:ascii="Calibri" w:hAnsi="Calibri"/>
          <w:b/>
          <w:i w:val="0"/>
          <w:sz w:val="20"/>
        </w:rPr>
        <w:t xml:space="preserve">ESERCIZIO DI DIRITTI IN MATERIA DI PROTEZIONE DEI DATI PERSONALI </w:t>
      </w:r>
    </w:p>
    <w:p>
      <w:pPr>
        <w:spacing w:before="176" w:after="0" w:line="240" w:lineRule="auto"/>
        <w:ind w:left="0" w:right="0"/>
        <w:jc w:val="center"/>
      </w:pPr>
      <w:r>
        <w:rPr>
          <w:rFonts w:ascii="Calibri" w:hAnsi="Calibri"/>
          <w:b w:val="0"/>
          <w:i w:val="0"/>
          <w:sz w:val="20"/>
        </w:rPr>
        <w:t xml:space="preserve">(artt. 15-22 del Regolamento (UE) 2016/679) </w:t>
      </w:r>
    </w:p>
    <w:p>
      <w:pPr>
        <w:spacing w:before="280" w:after="0" w:line="240" w:lineRule="auto"/>
        <w:ind w:left="253" w:right="0"/>
      </w:pPr>
      <w:r>
        <w:rPr>
          <w:rFonts w:ascii="Calibri" w:hAnsi="Calibri"/>
          <w:b w:val="0"/>
          <w:i w:val="0"/>
          <w:sz w:val="20"/>
        </w:rPr>
        <w:t>Il/La</w:t>
      </w:r>
      <w:r>
        <w:rPr>
          <w:rFonts w:ascii="Calibri" w:hAnsi="Calibri"/>
          <w:b w:val="0"/>
          <w:i w:val="0"/>
          <w:sz w:val="24"/>
        </w:rPr>
        <w:t xml:space="preserve"> </w:t>
      </w:r>
      <w:r>
        <w:rPr>
          <w:rFonts w:ascii="Calibri" w:hAnsi="Calibri"/>
          <w:b w:val="0"/>
          <w:i w:val="0"/>
          <w:sz w:val="20"/>
        </w:rPr>
        <w:t>sottoscritto/a…………………………………………………………………………….  nato/a  a……………………………….il…</w:t>
      </w:r>
      <w:r>
        <w:rPr>
          <w:rFonts w:ascii="Calibri" w:hAnsi="Calibri"/>
          <w:b w:val="0"/>
          <w:i w:val="0"/>
          <w:sz w:val="20"/>
        </w:rPr>
        <w:t xml:space="preserve"> .................. </w:t>
      </w:r>
      <w:r>
        <w:rPr>
          <w:rFonts w:ascii="Calibri" w:hAnsi="Calibri"/>
          <w:b w:val="0"/>
          <w:i w:val="0"/>
          <w:sz w:val="20"/>
        </w:rPr>
        <w:t xml:space="preserve">, </w:t>
      </w:r>
    </w:p>
    <w:p>
      <w:pPr>
        <w:spacing w:before="0" w:after="0" w:line="240" w:lineRule="auto"/>
        <w:ind w:left="253" w:right="0"/>
      </w:pPr>
      <w:r>
        <w:rPr>
          <w:rFonts w:ascii="Calibri" w:hAnsi="Calibri"/>
          <w:b w:val="0"/>
          <w:i w:val="0"/>
          <w:sz w:val="20"/>
        </w:rPr>
        <w:t xml:space="preserve">esercita con la presente richiesta i seguenti diritti di cui agli artt. 15-22 del Regolamento (UE) 2016/679: </w:t>
      </w:r>
    </w:p>
    <w:p>
      <w:pPr>
        <w:spacing w:before="280" w:after="0" w:line="240" w:lineRule="auto"/>
        <w:ind w:left="505" w:right="0"/>
      </w:pPr>
      <w:r>
        <w:rPr>
          <w:rFonts w:ascii="Calibri" w:hAnsi="Calibri"/>
          <w:b/>
          <w:i w:val="0"/>
          <w:sz w:val="18"/>
        </w:rPr>
        <w:t>1.</w:t>
      </w:r>
      <w:r>
        <w:rPr>
          <w:rFonts w:ascii="Calibri" w:hAnsi="Calibri"/>
          <w:b/>
          <w:i w:val="0"/>
          <w:sz w:val="18"/>
        </w:rPr>
        <w:t xml:space="preserve"> </w:t>
      </w:r>
      <w:r>
        <w:rPr>
          <w:rFonts w:ascii="Calibri" w:hAnsi="Calibri"/>
          <w:b/>
          <w:i w:val="0"/>
          <w:sz w:val="20"/>
        </w:rPr>
        <w:t xml:space="preserve">Accesso ai dati personali </w:t>
      </w:r>
      <w:r>
        <w:rPr>
          <w:rFonts w:ascii="Calibri" w:hAnsi="Calibri"/>
          <w:b w:val="0"/>
          <w:i/>
          <w:sz w:val="20"/>
        </w:rPr>
        <w:t>(art. 15 del Regolamento (UE) 2016/679)</w:t>
      </w:r>
      <w:r>
        <w:rPr>
          <w:rFonts w:ascii="Calibri" w:hAnsi="Calibri"/>
          <w:b/>
          <w:i w:val="0"/>
          <w:sz w:val="20"/>
        </w:rPr>
        <w:t xml:space="preserve"> </w:t>
      </w:r>
    </w:p>
    <w:p>
      <w:pPr>
        <w:spacing w:before="175" w:after="0" w:line="240" w:lineRule="auto"/>
        <w:ind w:left="253" w:right="0"/>
      </w:pPr>
      <w:r>
        <w:rPr>
          <w:rFonts w:ascii="Calibri" w:hAnsi="Calibri"/>
          <w:b w:val="0"/>
          <w:i w:val="0"/>
          <w:sz w:val="20"/>
        </w:rPr>
        <w:t xml:space="preserve">Il sottoscritto </w:t>
      </w:r>
      <w:r>
        <w:rPr>
          <w:rFonts w:ascii="Calibri" w:hAnsi="Calibri"/>
          <w:b w:val="0"/>
          <w:i/>
          <w:sz w:val="20"/>
        </w:rPr>
        <w:t>(barrare solo le caselle che interessano)</w:t>
      </w:r>
      <w:r>
        <w:rPr>
          <w:rFonts w:ascii="Calibri" w:hAnsi="Calibri"/>
          <w:b w:val="0"/>
          <w:i w:val="0"/>
          <w:sz w:val="20"/>
        </w:rPr>
        <w:t xml:space="preserve">: </w:t>
      </w:r>
    </w:p>
    <w:p>
      <w:pPr>
        <w:spacing w:before="177" w:after="0" w:line="240" w:lineRule="auto"/>
        <w:ind w:left="253" w:right="0"/>
      </w:pPr>
      <w:r>
        <w:rPr>
          <w:rFonts w:ascii="Calibri" w:hAnsi="Calibri"/>
          <w:b w:val="0"/>
          <w:i w:val="0"/>
          <w:sz w:val="15"/>
        </w:rPr>
        <w:t>☐</w:t>
      </w:r>
      <w:r>
        <w:rPr>
          <w:rFonts w:ascii="Calibri" w:hAnsi="Calibri"/>
          <w:b w:val="0"/>
          <w:i w:val="0"/>
          <w:sz w:val="15"/>
        </w:rPr>
        <w:t xml:space="preserve"> </w:t>
      </w:r>
    </w:p>
    <w:p>
      <w:pPr>
        <w:spacing w:before="0" w:after="0" w:line="240" w:lineRule="auto"/>
        <w:ind w:left="778" w:right="0"/>
      </w:pPr>
      <w:r>
        <w:rPr>
          <w:rFonts w:ascii="Calibri" w:hAnsi="Calibri"/>
          <w:b w:val="0"/>
          <w:i w:val="0"/>
          <w:sz w:val="20"/>
        </w:rPr>
        <w:t xml:space="preserve">chiede conferma che sia o meno in corso un trattamento di dati personali che lo riguardano; </w:t>
      </w:r>
    </w:p>
    <w:p>
      <w:pPr>
        <w:spacing w:before="177" w:after="0" w:line="240" w:lineRule="auto"/>
        <w:ind w:left="253" w:right="0"/>
      </w:pPr>
      <w:r>
        <w:rPr>
          <w:rFonts w:ascii="Calibri" w:hAnsi="Calibri"/>
          <w:b w:val="0"/>
          <w:i w:val="0"/>
          <w:sz w:val="15"/>
        </w:rPr>
        <w:t>☐</w:t>
      </w:r>
      <w:r>
        <w:rPr>
          <w:rFonts w:ascii="Calibri" w:hAnsi="Calibri"/>
          <w:b w:val="0"/>
          <w:i w:val="0"/>
          <w:sz w:val="15"/>
        </w:rPr>
        <w:t xml:space="preserve"> </w:t>
      </w:r>
    </w:p>
    <w:p>
      <w:pPr>
        <w:spacing w:before="0" w:after="0" w:line="240" w:lineRule="auto"/>
        <w:ind w:left="778" w:right="0"/>
      </w:pPr>
      <w:r>
        <w:rPr>
          <w:rFonts w:ascii="Calibri" w:hAnsi="Calibri"/>
          <w:b w:val="0"/>
          <w:i w:val="0"/>
          <w:sz w:val="20"/>
        </w:rPr>
        <w:t xml:space="preserve">in caso di conferma, chiede di ottenere l'accesso a tali dati, una copia degli stessi, e tutte le informazioni </w:t>
      </w:r>
    </w:p>
    <w:p>
      <w:pPr>
        <w:spacing w:before="0" w:after="0" w:line="240" w:lineRule="auto"/>
        <w:ind w:left="253" w:right="0"/>
      </w:pPr>
      <w:r>
        <w:rPr>
          <w:rFonts w:ascii="Calibri" w:hAnsi="Calibri"/>
          <w:b w:val="0"/>
          <w:i w:val="0"/>
          <w:sz w:val="20"/>
        </w:rPr>
        <w:t xml:space="preserve">previste alle lettere da a) a h) dell’art. 15, paragrafo 1, del Regolamento (UE) 2016/679, e in particolare; </w:t>
      </w:r>
    </w:p>
    <w:p>
      <w:pPr>
        <w:spacing w:before="193" w:after="0" w:line="240" w:lineRule="auto"/>
        <w:ind w:left="973" w:right="0"/>
      </w:pPr>
      <w:r>
        <w:rPr>
          <w:rFonts w:ascii="Calibri" w:hAnsi="Calibri"/>
          <w:b w:val="0"/>
          <w:i w:val="0"/>
          <w:sz w:val="23"/>
        </w:rPr>
        <w:t>▪</w:t>
      </w:r>
      <w:r>
        <w:rPr>
          <w:rFonts w:ascii="Calibri" w:hAnsi="Calibri"/>
          <w:b w:val="0"/>
          <w:i w:val="0"/>
          <w:sz w:val="23"/>
        </w:rPr>
        <w:t xml:space="preserve"> </w:t>
      </w:r>
    </w:p>
    <w:p>
      <w:pPr>
        <w:spacing w:before="0" w:after="0" w:line="240" w:lineRule="auto"/>
        <w:ind w:left="1333" w:right="0"/>
      </w:pPr>
      <w:r>
        <w:rPr>
          <w:rFonts w:ascii="Calibri" w:hAnsi="Calibri"/>
          <w:b w:val="0"/>
          <w:i w:val="0"/>
          <w:sz w:val="18"/>
        </w:rPr>
        <w:t>le finalità del trattamento;</w:t>
      </w:r>
      <w:r>
        <w:rPr>
          <w:rFonts w:ascii="Calibri" w:hAnsi="Calibri"/>
          <w:b w:val="0"/>
          <w:i w:val="0"/>
          <w:sz w:val="20"/>
        </w:rPr>
        <w:t xml:space="preserve"> </w:t>
      </w:r>
    </w:p>
    <w:p>
      <w:pPr>
        <w:spacing w:before="0" w:after="0" w:line="240" w:lineRule="auto"/>
        <w:ind w:left="973" w:right="0"/>
      </w:pPr>
      <w:r>
        <w:rPr>
          <w:rFonts w:ascii="Calibri" w:hAnsi="Calibri"/>
          <w:b w:val="0"/>
          <w:i w:val="0"/>
          <w:sz w:val="23"/>
        </w:rPr>
        <w:t>▪</w:t>
      </w:r>
      <w:r>
        <w:rPr>
          <w:rFonts w:ascii="Calibri" w:hAnsi="Calibri"/>
          <w:b w:val="0"/>
          <w:i w:val="0"/>
          <w:sz w:val="23"/>
        </w:rPr>
        <w:t xml:space="preserve"> </w:t>
      </w:r>
    </w:p>
    <w:p>
      <w:pPr>
        <w:spacing w:before="0" w:after="0" w:line="240" w:lineRule="auto"/>
        <w:ind w:left="1333" w:right="0"/>
      </w:pPr>
      <w:r>
        <w:rPr>
          <w:rFonts w:ascii="Calibri" w:hAnsi="Calibri"/>
          <w:b w:val="0"/>
          <w:i w:val="0"/>
          <w:sz w:val="20"/>
        </w:rPr>
        <w:t xml:space="preserve">le categorie di dati personali trattate; </w:t>
      </w:r>
    </w:p>
    <w:p>
      <w:pPr>
        <w:spacing w:before="21" w:after="0" w:line="240" w:lineRule="auto"/>
        <w:ind w:left="973" w:right="0"/>
      </w:pPr>
      <w:r>
        <w:rPr>
          <w:rFonts w:ascii="Calibri" w:hAnsi="Calibri"/>
          <w:b w:val="0"/>
          <w:i w:val="0"/>
          <w:sz w:val="23"/>
        </w:rPr>
        <w:t>▪</w:t>
      </w:r>
      <w:r>
        <w:rPr>
          <w:rFonts w:ascii="Calibri" w:hAnsi="Calibri"/>
          <w:b w:val="0"/>
          <w:i w:val="0"/>
          <w:sz w:val="23"/>
        </w:rPr>
        <w:t xml:space="preserve"> </w:t>
      </w:r>
    </w:p>
    <w:p>
      <w:pPr>
        <w:spacing w:before="0" w:after="0" w:line="240" w:lineRule="auto"/>
        <w:ind w:left="1333" w:right="0"/>
      </w:pPr>
      <w:r>
        <w:rPr>
          <w:rFonts w:ascii="Calibri" w:hAnsi="Calibri"/>
          <w:b w:val="0"/>
          <w:i w:val="0"/>
          <w:sz w:val="20"/>
        </w:rPr>
        <w:t xml:space="preserve">i destinatari o le categorie di destinatari a cui i dati personali sono stati o saranno </w:t>
      </w:r>
    </w:p>
    <w:p>
      <w:pPr>
        <w:spacing w:before="0" w:after="0" w:line="240" w:lineRule="auto"/>
        <w:ind w:left="1333" w:right="0"/>
      </w:pPr>
      <w:r>
        <w:rPr>
          <w:rFonts w:ascii="Calibri" w:hAnsi="Calibri"/>
          <w:b w:val="0"/>
          <w:i w:val="0"/>
          <w:sz w:val="20"/>
        </w:rPr>
        <w:t xml:space="preserve">comunicati, in particolare se destinatari di paesi terzi o organizzazioni internazionali; </w:t>
      </w:r>
    </w:p>
    <w:p>
      <w:pPr>
        <w:spacing w:before="20" w:after="0" w:line="240" w:lineRule="auto"/>
        <w:ind w:left="973" w:right="0"/>
      </w:pPr>
      <w:r>
        <w:rPr>
          <w:rFonts w:ascii="Calibri" w:hAnsi="Calibri"/>
          <w:b w:val="0"/>
          <w:i w:val="0"/>
          <w:sz w:val="23"/>
        </w:rPr>
        <w:t>▪</w:t>
      </w:r>
      <w:r>
        <w:rPr>
          <w:rFonts w:ascii="Calibri" w:hAnsi="Calibri"/>
          <w:b w:val="0"/>
          <w:i w:val="0"/>
          <w:sz w:val="23"/>
        </w:rPr>
        <w:t xml:space="preserve"> </w:t>
      </w:r>
    </w:p>
    <w:p>
      <w:pPr>
        <w:spacing w:before="0" w:after="0" w:line="240" w:lineRule="auto"/>
        <w:ind w:left="1333" w:right="0"/>
      </w:pPr>
      <w:r>
        <w:rPr>
          <w:rFonts w:ascii="Calibri" w:hAnsi="Calibri"/>
          <w:b w:val="0"/>
          <w:i w:val="0"/>
          <w:sz w:val="20"/>
        </w:rPr>
        <w:t xml:space="preserve">il periodo di conservazione dei dati personali previsto oppure, se non è possibile, i criteri </w:t>
      </w:r>
    </w:p>
    <w:p>
      <w:pPr>
        <w:spacing w:before="0" w:after="0" w:line="240" w:lineRule="auto"/>
        <w:ind w:left="1333" w:right="0"/>
      </w:pPr>
      <w:r>
        <w:rPr>
          <w:rFonts w:ascii="Calibri" w:hAnsi="Calibri"/>
          <w:b w:val="0"/>
          <w:i w:val="0"/>
          <w:sz w:val="20"/>
        </w:rPr>
        <w:t xml:space="preserve">utilizzati per determinare tale periodo; </w:t>
      </w:r>
    </w:p>
    <w:p>
      <w:pPr>
        <w:spacing w:before="0" w:after="0" w:line="240" w:lineRule="auto"/>
        <w:ind w:left="973" w:right="0"/>
      </w:pPr>
      <w:r>
        <w:rPr>
          <w:rFonts w:ascii="Calibri" w:hAnsi="Calibri"/>
          <w:b w:val="0"/>
          <w:i w:val="0"/>
          <w:sz w:val="23"/>
        </w:rPr>
        <w:t>▪</w:t>
      </w:r>
      <w:r>
        <w:rPr>
          <w:rFonts w:ascii="Calibri" w:hAnsi="Calibri"/>
          <w:b w:val="0"/>
          <w:i w:val="0"/>
          <w:sz w:val="23"/>
        </w:rPr>
        <w:t xml:space="preserve"> </w:t>
      </w:r>
    </w:p>
    <w:p>
      <w:pPr>
        <w:spacing w:before="0" w:after="0" w:line="240" w:lineRule="auto"/>
        <w:ind w:left="1333" w:right="0"/>
      </w:pPr>
      <w:r>
        <w:rPr>
          <w:rFonts w:ascii="Calibri" w:hAnsi="Calibri"/>
          <w:b w:val="0"/>
          <w:i w:val="0"/>
          <w:sz w:val="20"/>
        </w:rPr>
        <w:t xml:space="preserve">l’origine dei dati (ovvero il soggetto o la specifica fonte dalla quale essi sono stati </w:t>
      </w:r>
    </w:p>
    <w:p>
      <w:pPr>
        <w:spacing w:before="0" w:after="0" w:line="240" w:lineRule="auto"/>
        <w:ind w:left="1333" w:right="0"/>
      </w:pPr>
      <w:r>
        <w:rPr>
          <w:rFonts w:ascii="Calibri" w:hAnsi="Calibri"/>
          <w:b w:val="0"/>
          <w:i w:val="0"/>
          <w:sz w:val="20"/>
        </w:rPr>
        <w:t xml:space="preserve">acquisiti); </w:t>
      </w:r>
    </w:p>
    <w:p>
      <w:pPr>
        <w:spacing w:before="0" w:after="0" w:line="240" w:lineRule="auto"/>
        <w:ind w:left="973" w:right="0"/>
      </w:pPr>
      <w:r>
        <w:rPr>
          <w:rFonts w:ascii="Calibri" w:hAnsi="Calibri"/>
          <w:b w:val="0"/>
          <w:i w:val="0"/>
          <w:sz w:val="23"/>
        </w:rPr>
        <w:t>▪</w:t>
      </w:r>
      <w:r>
        <w:rPr>
          <w:rFonts w:ascii="Calibri" w:hAnsi="Calibri"/>
          <w:b w:val="0"/>
          <w:i w:val="0"/>
          <w:sz w:val="23"/>
        </w:rPr>
        <w:t xml:space="preserve"> </w:t>
      </w:r>
    </w:p>
    <w:p>
      <w:pPr>
        <w:spacing w:before="0" w:after="0" w:line="240" w:lineRule="auto"/>
        <w:ind w:left="1333" w:right="0"/>
      </w:pPr>
      <w:r>
        <w:rPr>
          <w:rFonts w:ascii="Calibri" w:hAnsi="Calibri"/>
          <w:b w:val="0"/>
          <w:i w:val="0"/>
          <w:sz w:val="20"/>
        </w:rPr>
        <w:t xml:space="preserve">l'esistenza di un processo decisionale automatizzato, compresa la profilazione, e le </w:t>
      </w:r>
    </w:p>
    <w:p>
      <w:pPr>
        <w:spacing w:before="0" w:after="0" w:line="240" w:lineRule="auto"/>
        <w:ind w:left="1333" w:right="0"/>
      </w:pPr>
      <w:r>
        <w:rPr>
          <w:rFonts w:ascii="Calibri" w:hAnsi="Calibri"/>
          <w:b w:val="0"/>
          <w:i w:val="0"/>
          <w:sz w:val="20"/>
        </w:rPr>
        <w:t xml:space="preserve">informazioni significative sulla logica utilizzata, nonché l'importanza e le conseguenze </w:t>
      </w:r>
    </w:p>
    <w:p>
      <w:pPr>
        <w:spacing w:before="0" w:after="0" w:line="240" w:lineRule="auto"/>
        <w:ind w:left="1333" w:right="0"/>
      </w:pPr>
      <w:r>
        <w:rPr>
          <w:rFonts w:ascii="Calibri" w:hAnsi="Calibri"/>
          <w:b w:val="0"/>
          <w:i w:val="0"/>
          <w:sz w:val="20"/>
        </w:rPr>
        <w:t xml:space="preserve">previste di tale trattamento per l'interessato. </w:t>
      </w:r>
    </w:p>
    <w:p>
      <w:pPr>
        <w:spacing w:before="280" w:after="0" w:line="240" w:lineRule="auto"/>
        <w:ind w:left="505" w:right="0"/>
      </w:pPr>
      <w:r>
        <w:rPr>
          <w:rFonts w:ascii="Calibri" w:hAnsi="Calibri"/>
          <w:b/>
          <w:i w:val="0"/>
          <w:sz w:val="18"/>
        </w:rPr>
        <w:t>2.</w:t>
      </w:r>
      <w:r>
        <w:rPr>
          <w:rFonts w:ascii="Calibri" w:hAnsi="Calibri"/>
          <w:b/>
          <w:i w:val="0"/>
          <w:sz w:val="18"/>
        </w:rPr>
        <w:t xml:space="preserve"> </w:t>
      </w:r>
      <w:r>
        <w:rPr>
          <w:rFonts w:ascii="Calibri" w:hAnsi="Calibri"/>
          <w:b/>
          <w:i w:val="0"/>
          <w:sz w:val="20"/>
        </w:rPr>
        <w:t xml:space="preserve">Richiesta di intervento sui dati </w:t>
      </w:r>
      <w:r>
        <w:rPr>
          <w:rFonts w:ascii="Calibri" w:hAnsi="Calibri"/>
          <w:b w:val="0"/>
          <w:i/>
          <w:sz w:val="20"/>
        </w:rPr>
        <w:t>(artt. 16-18 del Regolamento (UE) 2016/679)</w:t>
      </w:r>
      <w:r>
        <w:rPr>
          <w:rFonts w:ascii="Calibri" w:hAnsi="Calibri"/>
          <w:b/>
          <w:i w:val="0"/>
          <w:sz w:val="20"/>
        </w:rPr>
        <w:t xml:space="preserve"> </w:t>
      </w:r>
    </w:p>
    <w:p>
      <w:pPr>
        <w:spacing w:before="280" w:after="0" w:line="240" w:lineRule="auto"/>
        <w:ind w:left="137" w:right="0"/>
      </w:pPr>
      <w:r>
        <w:rPr>
          <w:rFonts w:ascii="Calibri" w:hAnsi="Calibri"/>
          <w:b w:val="0"/>
          <w:i w:val="0"/>
          <w:sz w:val="20"/>
        </w:rPr>
        <w:t xml:space="preserve">Il sottoscritto chiede di effettuare le seguenti operazioni </w:t>
      </w:r>
      <w:r>
        <w:rPr>
          <w:rFonts w:ascii="Calibri" w:hAnsi="Calibri"/>
          <w:b w:val="0"/>
          <w:i/>
          <w:sz w:val="20"/>
        </w:rPr>
        <w:t>(barrare solo le caselle che interessano)</w:t>
      </w:r>
      <w:r>
        <w:rPr>
          <w:rFonts w:ascii="Calibri" w:hAnsi="Calibri"/>
          <w:b w:val="0"/>
          <w:i w:val="0"/>
          <w:sz w:val="20"/>
        </w:rPr>
        <w:t xml:space="preserve">: </w:t>
      </w:r>
    </w:p>
    <w:p>
      <w:pPr>
        <w:spacing w:before="177" w:after="0" w:line="240" w:lineRule="auto"/>
        <w:ind w:left="253" w:right="0"/>
      </w:pPr>
      <w:r>
        <w:rPr>
          <w:rFonts w:ascii="Calibri" w:hAnsi="Calibri"/>
          <w:b w:val="0"/>
          <w:i w:val="0"/>
          <w:sz w:val="15"/>
        </w:rPr>
        <w:t>☐</w:t>
      </w:r>
      <w:r>
        <w:rPr>
          <w:rFonts w:ascii="Calibri" w:hAnsi="Calibri"/>
          <w:b w:val="0"/>
          <w:i w:val="0"/>
          <w:sz w:val="15"/>
        </w:rPr>
        <w:t xml:space="preserve"> </w:t>
      </w:r>
    </w:p>
    <w:p>
      <w:pPr>
        <w:spacing w:before="0" w:after="0" w:line="240" w:lineRule="auto"/>
        <w:ind w:left="778" w:right="0"/>
      </w:pPr>
      <w:r>
        <w:rPr>
          <w:rFonts w:ascii="Calibri" w:hAnsi="Calibri"/>
          <w:b w:val="0"/>
          <w:i w:val="0"/>
          <w:sz w:val="18"/>
        </w:rPr>
        <w:t>rettificazione</w:t>
      </w:r>
      <w:r>
        <w:rPr>
          <w:rFonts w:ascii="Calibri" w:hAnsi="Calibri"/>
          <w:b w:val="0"/>
          <w:i w:val="0"/>
          <w:sz w:val="20"/>
        </w:rPr>
        <w:t xml:space="preserve"> </w:t>
      </w:r>
      <w:r>
        <w:rPr>
          <w:rFonts w:ascii="Calibri" w:hAnsi="Calibri"/>
          <w:b w:val="0"/>
          <w:i w:val="0"/>
          <w:sz w:val="18"/>
        </w:rPr>
        <w:t>e/o</w:t>
      </w:r>
      <w:r>
        <w:rPr>
          <w:rFonts w:ascii="Calibri" w:hAnsi="Calibri"/>
          <w:b w:val="0"/>
          <w:i w:val="0"/>
          <w:sz w:val="20"/>
        </w:rPr>
        <w:t xml:space="preserve"> </w:t>
      </w:r>
      <w:r>
        <w:rPr>
          <w:rFonts w:ascii="Calibri" w:hAnsi="Calibri"/>
          <w:b w:val="0"/>
          <w:i w:val="0"/>
          <w:sz w:val="18"/>
        </w:rPr>
        <w:t>aggiornamento</w:t>
      </w:r>
      <w:r>
        <w:rPr>
          <w:rFonts w:ascii="Calibri" w:hAnsi="Calibri"/>
          <w:b w:val="0"/>
          <w:i w:val="0"/>
          <w:sz w:val="20"/>
        </w:rPr>
        <w:t xml:space="preserve"> </w:t>
      </w:r>
      <w:r>
        <w:rPr>
          <w:rFonts w:ascii="Calibri" w:hAnsi="Calibri"/>
          <w:b w:val="0"/>
          <w:i w:val="0"/>
          <w:sz w:val="18"/>
        </w:rPr>
        <w:t>dei</w:t>
      </w:r>
      <w:r>
        <w:rPr>
          <w:rFonts w:ascii="Calibri" w:hAnsi="Calibri"/>
          <w:b w:val="0"/>
          <w:i w:val="0"/>
          <w:sz w:val="20"/>
        </w:rPr>
        <w:t xml:space="preserve"> </w:t>
      </w:r>
      <w:r>
        <w:rPr>
          <w:rFonts w:ascii="Calibri" w:hAnsi="Calibri"/>
          <w:b w:val="0"/>
          <w:i w:val="0"/>
          <w:sz w:val="18"/>
        </w:rPr>
        <w:t>dati</w:t>
      </w:r>
      <w:r>
        <w:rPr>
          <w:rFonts w:ascii="Calibri" w:hAnsi="Calibri"/>
          <w:b w:val="0"/>
          <w:i w:val="0"/>
          <w:sz w:val="20"/>
        </w:rPr>
        <w:t xml:space="preserve"> </w:t>
      </w:r>
      <w:r>
        <w:rPr>
          <w:rFonts w:ascii="Calibri" w:hAnsi="Calibri"/>
          <w:b w:val="0"/>
          <w:i w:val="0"/>
          <w:sz w:val="18"/>
        </w:rPr>
        <w:t>(art.</w:t>
      </w:r>
      <w:r>
        <w:rPr>
          <w:rFonts w:ascii="Calibri" w:hAnsi="Calibri"/>
          <w:b w:val="0"/>
          <w:i w:val="0"/>
          <w:sz w:val="20"/>
        </w:rPr>
        <w:t xml:space="preserve"> </w:t>
      </w:r>
      <w:r>
        <w:rPr>
          <w:rFonts w:ascii="Calibri" w:hAnsi="Calibri"/>
          <w:b w:val="0"/>
          <w:i w:val="0"/>
          <w:sz w:val="18"/>
        </w:rPr>
        <w:t>16</w:t>
      </w:r>
      <w:r>
        <w:rPr>
          <w:rFonts w:ascii="Calibri" w:hAnsi="Calibri"/>
          <w:b w:val="0"/>
          <w:i w:val="0"/>
          <w:sz w:val="20"/>
        </w:rPr>
        <w:t xml:space="preserve"> </w:t>
      </w:r>
      <w:r>
        <w:rPr>
          <w:rFonts w:ascii="Calibri" w:hAnsi="Calibri"/>
          <w:b w:val="0"/>
          <w:i w:val="0"/>
          <w:sz w:val="18"/>
        </w:rPr>
        <w:t>del</w:t>
      </w:r>
      <w:r>
        <w:rPr>
          <w:rFonts w:ascii="Calibri" w:hAnsi="Calibri"/>
          <w:b w:val="0"/>
          <w:i w:val="0"/>
          <w:sz w:val="20"/>
        </w:rPr>
        <w:t xml:space="preserve"> </w:t>
      </w:r>
      <w:r>
        <w:rPr>
          <w:rFonts w:ascii="Calibri" w:hAnsi="Calibri"/>
          <w:b w:val="0"/>
          <w:i w:val="0"/>
          <w:sz w:val="18"/>
        </w:rPr>
        <w:t>Regolamento</w:t>
      </w:r>
      <w:r>
        <w:rPr>
          <w:rFonts w:ascii="Calibri" w:hAnsi="Calibri"/>
          <w:b w:val="0"/>
          <w:i w:val="0"/>
          <w:sz w:val="20"/>
        </w:rPr>
        <w:t xml:space="preserve"> </w:t>
      </w:r>
      <w:r>
        <w:rPr>
          <w:rFonts w:ascii="Calibri" w:hAnsi="Calibri"/>
          <w:b w:val="0"/>
          <w:i w:val="0"/>
          <w:sz w:val="18"/>
        </w:rPr>
        <w:t>(UE)</w:t>
      </w:r>
      <w:r>
        <w:rPr>
          <w:rFonts w:ascii="Calibri" w:hAnsi="Calibri"/>
          <w:b w:val="0"/>
          <w:i w:val="0"/>
          <w:sz w:val="20"/>
        </w:rPr>
        <w:t xml:space="preserve"> </w:t>
      </w:r>
      <w:r>
        <w:rPr>
          <w:rFonts w:ascii="Calibri" w:hAnsi="Calibri"/>
          <w:b w:val="0"/>
          <w:i w:val="0"/>
          <w:sz w:val="18"/>
        </w:rPr>
        <w:t>2016/679);</w:t>
      </w:r>
      <w:r>
        <w:rPr>
          <w:rFonts w:ascii="Calibri" w:hAnsi="Calibri"/>
          <w:b w:val="0"/>
          <w:i w:val="0"/>
          <w:sz w:val="20"/>
        </w:rPr>
        <w:t xml:space="preserve"> </w:t>
      </w:r>
    </w:p>
    <w:p>
      <w:pPr>
        <w:spacing w:before="170" w:after="0" w:line="240" w:lineRule="auto"/>
        <w:ind w:left="253" w:right="0"/>
      </w:pPr>
      <w:r>
        <w:rPr>
          <w:rFonts w:ascii="Calibri" w:hAnsi="Calibri"/>
          <w:b w:val="0"/>
          <w:i w:val="0"/>
          <w:sz w:val="15"/>
        </w:rPr>
        <w:t>☐</w:t>
      </w:r>
      <w:r>
        <w:rPr>
          <w:rFonts w:ascii="Calibri" w:hAnsi="Calibri"/>
          <w:b w:val="0"/>
          <w:i w:val="0"/>
          <w:sz w:val="15"/>
        </w:rPr>
        <w:t xml:space="preserve"> </w:t>
      </w:r>
    </w:p>
    <w:p>
      <w:pPr>
        <w:spacing w:before="0" w:after="0" w:line="240" w:lineRule="auto"/>
        <w:ind w:left="778" w:right="0"/>
      </w:pPr>
      <w:r>
        <w:rPr>
          <w:rFonts w:ascii="Calibri" w:hAnsi="Calibri"/>
          <w:b w:val="0"/>
          <w:i w:val="0"/>
          <w:sz w:val="18"/>
        </w:rPr>
        <w:t>cancellazione</w:t>
      </w:r>
      <w:r>
        <w:rPr>
          <w:rFonts w:ascii="Calibri" w:hAnsi="Calibri"/>
          <w:b w:val="0"/>
          <w:i w:val="0"/>
          <w:sz w:val="20"/>
        </w:rPr>
        <w:t xml:space="preserve"> </w:t>
      </w:r>
      <w:r>
        <w:rPr>
          <w:rFonts w:ascii="Calibri" w:hAnsi="Calibri"/>
          <w:b w:val="0"/>
          <w:i w:val="0"/>
          <w:sz w:val="18"/>
        </w:rPr>
        <w:t>dei</w:t>
      </w:r>
      <w:r>
        <w:rPr>
          <w:rFonts w:ascii="Calibri" w:hAnsi="Calibri"/>
          <w:b w:val="0"/>
          <w:i w:val="0"/>
          <w:sz w:val="20"/>
        </w:rPr>
        <w:t xml:space="preserve"> </w:t>
      </w:r>
      <w:r>
        <w:rPr>
          <w:rFonts w:ascii="Calibri" w:hAnsi="Calibri"/>
          <w:b w:val="0"/>
          <w:i w:val="0"/>
          <w:sz w:val="18"/>
        </w:rPr>
        <w:t>dati</w:t>
      </w:r>
      <w:r>
        <w:rPr>
          <w:rFonts w:ascii="Calibri" w:hAnsi="Calibri"/>
          <w:b w:val="0"/>
          <w:i w:val="0"/>
          <w:sz w:val="20"/>
        </w:rPr>
        <w:t xml:space="preserve"> </w:t>
      </w:r>
      <w:r>
        <w:rPr>
          <w:rFonts w:ascii="Calibri" w:hAnsi="Calibri"/>
          <w:b w:val="0"/>
          <w:i w:val="0"/>
          <w:sz w:val="18"/>
        </w:rPr>
        <w:t>(art.</w:t>
      </w:r>
      <w:r>
        <w:rPr>
          <w:rFonts w:ascii="Calibri" w:hAnsi="Calibri"/>
          <w:b w:val="0"/>
          <w:i w:val="0"/>
          <w:sz w:val="20"/>
        </w:rPr>
        <w:t xml:space="preserve"> </w:t>
      </w:r>
      <w:r>
        <w:rPr>
          <w:rFonts w:ascii="Calibri" w:hAnsi="Calibri"/>
          <w:b w:val="0"/>
          <w:i w:val="0"/>
          <w:sz w:val="18"/>
        </w:rPr>
        <w:t>17,</w:t>
      </w:r>
      <w:r>
        <w:rPr>
          <w:rFonts w:ascii="Calibri" w:hAnsi="Calibri"/>
          <w:b w:val="0"/>
          <w:i w:val="0"/>
          <w:sz w:val="20"/>
        </w:rPr>
        <w:t xml:space="preserve"> </w:t>
      </w:r>
      <w:r>
        <w:rPr>
          <w:rFonts w:ascii="Calibri" w:hAnsi="Calibri"/>
          <w:b w:val="0"/>
          <w:i w:val="0"/>
          <w:sz w:val="18"/>
        </w:rPr>
        <w:t>paragrafo</w:t>
      </w:r>
      <w:r>
        <w:rPr>
          <w:rFonts w:ascii="Calibri" w:hAnsi="Calibri"/>
          <w:b w:val="0"/>
          <w:i w:val="0"/>
          <w:sz w:val="20"/>
        </w:rPr>
        <w:t xml:space="preserve"> </w:t>
      </w:r>
      <w:r>
        <w:rPr>
          <w:rFonts w:ascii="Calibri" w:hAnsi="Calibri"/>
          <w:b w:val="0"/>
          <w:i w:val="0"/>
          <w:sz w:val="18"/>
        </w:rPr>
        <w:t>1,</w:t>
      </w:r>
      <w:r>
        <w:rPr>
          <w:rFonts w:ascii="Calibri" w:hAnsi="Calibri"/>
          <w:b w:val="0"/>
          <w:i w:val="0"/>
          <w:sz w:val="20"/>
        </w:rPr>
        <w:t xml:space="preserve"> </w:t>
      </w:r>
      <w:r>
        <w:rPr>
          <w:rFonts w:ascii="Calibri" w:hAnsi="Calibri"/>
          <w:b w:val="0"/>
          <w:i w:val="0"/>
          <w:sz w:val="18"/>
        </w:rPr>
        <w:t>del</w:t>
      </w:r>
      <w:r>
        <w:rPr>
          <w:rFonts w:ascii="Calibri" w:hAnsi="Calibri"/>
          <w:b w:val="0"/>
          <w:i w:val="0"/>
          <w:sz w:val="20"/>
        </w:rPr>
        <w:t xml:space="preserve"> </w:t>
      </w:r>
      <w:r>
        <w:rPr>
          <w:rFonts w:ascii="Calibri" w:hAnsi="Calibri"/>
          <w:b w:val="0"/>
          <w:i w:val="0"/>
          <w:sz w:val="18"/>
        </w:rPr>
        <w:t>Regolamento</w:t>
      </w:r>
      <w:r>
        <w:rPr>
          <w:rFonts w:ascii="Calibri" w:hAnsi="Calibri"/>
          <w:b w:val="0"/>
          <w:i w:val="0"/>
          <w:sz w:val="20"/>
        </w:rPr>
        <w:t xml:space="preserve"> </w:t>
      </w:r>
      <w:r>
        <w:rPr>
          <w:rFonts w:ascii="Calibri" w:hAnsi="Calibri"/>
          <w:b w:val="0"/>
          <w:i w:val="0"/>
          <w:sz w:val="18"/>
        </w:rPr>
        <w:t>(UE)</w:t>
      </w:r>
      <w:r>
        <w:rPr>
          <w:rFonts w:ascii="Calibri" w:hAnsi="Calibri"/>
          <w:b w:val="0"/>
          <w:i w:val="0"/>
          <w:sz w:val="20"/>
        </w:rPr>
        <w:t xml:space="preserve"> </w:t>
      </w:r>
      <w:r>
        <w:rPr>
          <w:rFonts w:ascii="Calibri" w:hAnsi="Calibri"/>
          <w:b w:val="0"/>
          <w:i w:val="0"/>
          <w:sz w:val="18"/>
        </w:rPr>
        <w:t>2016/679),</w:t>
      </w:r>
      <w:r>
        <w:rPr>
          <w:rFonts w:ascii="Calibri" w:hAnsi="Calibri"/>
          <w:b w:val="0"/>
          <w:i w:val="0"/>
          <w:sz w:val="20"/>
        </w:rPr>
        <w:t xml:space="preserve"> </w:t>
      </w:r>
      <w:r>
        <w:rPr>
          <w:rFonts w:ascii="Calibri" w:hAnsi="Calibri"/>
          <w:b w:val="0"/>
          <w:i w:val="0"/>
          <w:sz w:val="18"/>
        </w:rPr>
        <w:t>per</w:t>
      </w:r>
      <w:r>
        <w:rPr>
          <w:rFonts w:ascii="Calibri" w:hAnsi="Calibri"/>
          <w:b w:val="0"/>
          <w:i w:val="0"/>
          <w:sz w:val="20"/>
        </w:rPr>
        <w:t xml:space="preserve"> </w:t>
      </w:r>
      <w:r>
        <w:rPr>
          <w:rFonts w:ascii="Calibri" w:hAnsi="Calibri"/>
          <w:b w:val="0"/>
          <w:i w:val="0"/>
          <w:sz w:val="18"/>
        </w:rPr>
        <w:t>i</w:t>
      </w:r>
      <w:r>
        <w:rPr>
          <w:rFonts w:ascii="Calibri" w:hAnsi="Calibri"/>
          <w:b w:val="0"/>
          <w:i w:val="0"/>
          <w:sz w:val="20"/>
        </w:rPr>
        <w:t xml:space="preserve"> </w:t>
      </w:r>
      <w:r>
        <w:rPr>
          <w:rFonts w:ascii="Calibri" w:hAnsi="Calibri"/>
          <w:b w:val="0"/>
          <w:i w:val="0"/>
          <w:sz w:val="18"/>
        </w:rPr>
        <w:t>seguentimotivi</w:t>
      </w:r>
      <w:r>
        <w:rPr>
          <w:rFonts w:ascii="Calibri" w:hAnsi="Calibri"/>
          <w:b w:val="0"/>
          <w:i w:val="0"/>
          <w:sz w:val="20"/>
        </w:rPr>
        <w:t xml:space="preserve"> </w:t>
      </w:r>
    </w:p>
    <w:p>
      <w:pPr>
        <w:spacing w:before="0" w:after="0" w:line="240" w:lineRule="auto"/>
        <w:ind w:left="253" w:right="0"/>
      </w:pPr>
      <w:r>
        <w:rPr>
          <w:rFonts w:ascii="Calibri" w:hAnsi="Calibri"/>
          <w:b w:val="0"/>
          <w:i/>
          <w:sz w:val="20"/>
        </w:rPr>
        <w:t>(specificare quali)</w:t>
      </w:r>
      <w:r>
        <w:rPr>
          <w:rFonts w:ascii="Calibri" w:hAnsi="Calibri"/>
          <w:b w:val="0"/>
          <w:i w:val="0"/>
          <w:sz w:val="20"/>
        </w:rPr>
        <w:t xml:space="preserve">: </w:t>
      </w:r>
    </w:p>
    <w:p>
      <w:pPr>
        <w:spacing w:before="176" w:after="0" w:line="240" w:lineRule="auto"/>
        <w:ind w:left="1225" w:right="0"/>
      </w:pPr>
      <w:r>
        <w:rPr>
          <w:rFonts w:ascii="Calibri" w:hAnsi="Calibri"/>
          <w:b w:val="0"/>
          <w:i w:val="0"/>
          <w:sz w:val="20"/>
        </w:rPr>
        <w:t xml:space="preserve">a. </w:t>
      </w:r>
      <w:r>
        <w:rPr>
          <w:rFonts w:ascii="Calibri" w:hAnsi="Calibri"/>
          <w:b w:val="0"/>
          <w:i w:val="0"/>
          <w:sz w:val="20"/>
        </w:rPr>
        <w:t xml:space="preserve"> </w:t>
      </w:r>
    </w:p>
    <w:p>
      <w:pPr>
        <w:spacing w:before="0" w:after="0" w:line="240" w:lineRule="auto"/>
        <w:ind w:left="1225" w:right="0"/>
      </w:pPr>
      <w:r>
        <w:rPr>
          <w:rFonts w:ascii="Calibri" w:hAnsi="Calibri"/>
          <w:b w:val="0"/>
          <w:i w:val="0"/>
          <w:sz w:val="20"/>
        </w:rPr>
        <w:t xml:space="preserve">b. </w:t>
      </w:r>
      <w:r>
        <w:rPr>
          <w:rFonts w:ascii="Calibri" w:hAnsi="Calibri"/>
          <w:b w:val="0"/>
          <w:i w:val="0"/>
          <w:sz w:val="20"/>
        </w:rPr>
        <w:t xml:space="preserve"> </w:t>
      </w:r>
    </w:p>
    <w:p>
      <w:pPr>
        <w:spacing w:before="0" w:after="0" w:line="240" w:lineRule="auto"/>
        <w:ind w:left="1225" w:right="0"/>
      </w:pPr>
      <w:r>
        <w:rPr>
          <w:rFonts w:ascii="Calibri" w:hAnsi="Calibri"/>
          <w:b w:val="0"/>
          <w:i w:val="0"/>
          <w:sz w:val="20"/>
        </w:rPr>
        <w:t xml:space="preserve">c. </w:t>
      </w:r>
      <w:r>
        <w:rPr>
          <w:rFonts w:ascii="Calibri" w:hAnsi="Calibri"/>
          <w:b w:val="0"/>
          <w:i w:val="0"/>
          <w:sz w:val="20"/>
        </w:rPr>
        <w:t xml:space="preserve"> </w:t>
      </w:r>
    </w:p>
    <w:p>
      <w:pPr>
        <w:spacing w:before="167" w:after="0" w:line="240" w:lineRule="auto"/>
        <w:ind w:left="137" w:right="0"/>
      </w:pPr>
      <w:r>
        <w:rPr>
          <w:rFonts w:ascii="Calibri" w:hAnsi="Calibri"/>
          <w:b w:val="0"/>
          <w:i w:val="0"/>
          <w:sz w:val="20"/>
        </w:rPr>
        <w:t xml:space="preserve">nei casi previsti all’art. 17, paragrafo 2, del Regolamento (UE) 2016/679, l’attestazione che iltitolare ha informato </w:t>
      </w:r>
    </w:p>
    <w:p>
      <w:pPr>
        <w:spacing w:before="0" w:after="0" w:line="240" w:lineRule="auto"/>
        <w:ind w:left="137" w:right="0"/>
      </w:pPr>
      <w:r>
        <w:rPr>
          <w:rFonts w:ascii="Calibri" w:hAnsi="Calibri"/>
          <w:b w:val="0"/>
          <w:i w:val="0"/>
          <w:sz w:val="20"/>
        </w:rPr>
        <w:t xml:space="preserve">altri titolari di trattamento della richiesta dell’interessato di cancellare: </w:t>
      </w:r>
    </w:p>
    <w:p>
      <w:pPr>
        <w:spacing w:before="170" w:after="0" w:line="240" w:lineRule="auto"/>
        <w:ind w:left="253" w:right="0"/>
      </w:pPr>
      <w:r>
        <w:rPr>
          <w:rFonts w:ascii="Calibri" w:hAnsi="Calibri"/>
          <w:b w:val="0"/>
          <w:i w:val="0"/>
          <w:sz w:val="15"/>
        </w:rPr>
        <w:t>☐</w:t>
      </w:r>
      <w:r>
        <w:rPr>
          <w:rFonts w:ascii="Calibri" w:hAnsi="Calibri"/>
          <w:b w:val="0"/>
          <w:i w:val="0"/>
          <w:sz w:val="15"/>
        </w:rPr>
        <w:t xml:space="preserve"> </w:t>
      </w:r>
    </w:p>
    <w:p>
      <w:pPr>
        <w:spacing w:before="0" w:after="0" w:line="240" w:lineRule="auto"/>
        <w:ind w:left="778" w:right="0"/>
      </w:pPr>
      <w:r>
        <w:rPr>
          <w:rFonts w:ascii="Calibri" w:hAnsi="Calibri"/>
          <w:b w:val="0"/>
          <w:i w:val="0"/>
          <w:sz w:val="20"/>
        </w:rPr>
        <w:t xml:space="preserve">link, copie o riproduzioni dei suoi dati personali; </w:t>
      </w:r>
    </w:p>
    <w:p>
      <w:r>
        <w:br w:type="page"/>
      </w:r>
    </w:p>
    <w:p>
      <w:pPr>
        <w:spacing w:before="0" w:after="0" w:line="240" w:lineRule="auto"/>
        <w:ind w:left="253" w:right="0"/>
      </w:pPr>
      <w:r>
        <w:rPr>
          <w:rFonts w:ascii="Calibri" w:hAnsi="Calibri"/>
          <w:b w:val="0"/>
          <w:i w:val="0"/>
          <w:sz w:val="15"/>
        </w:rPr>
        <w:t>☐</w:t>
      </w:r>
      <w:r>
        <w:rPr>
          <w:rFonts w:ascii="Calibri" w:hAnsi="Calibri"/>
          <w:b w:val="0"/>
          <w:i w:val="0"/>
          <w:sz w:val="15"/>
        </w:rPr>
        <w:t xml:space="preserve"> </w:t>
      </w:r>
    </w:p>
    <w:p>
      <w:pPr>
        <w:spacing w:before="0" w:after="0" w:line="240" w:lineRule="auto"/>
        <w:ind w:left="778" w:right="0"/>
      </w:pPr>
      <w:r>
        <w:rPr>
          <w:rFonts w:ascii="Calibri" w:hAnsi="Calibri"/>
          <w:b w:val="0"/>
          <w:i w:val="0"/>
          <w:sz w:val="18"/>
        </w:rPr>
        <w:t>limitazione</w:t>
      </w:r>
      <w:r>
        <w:rPr>
          <w:rFonts w:ascii="Calibri" w:hAnsi="Calibri"/>
          <w:b w:val="0"/>
          <w:i w:val="0"/>
          <w:sz w:val="20"/>
        </w:rPr>
        <w:t xml:space="preserve"> </w:t>
      </w:r>
      <w:r>
        <w:rPr>
          <w:rFonts w:ascii="Calibri" w:hAnsi="Calibri"/>
          <w:b w:val="0"/>
          <w:i w:val="0"/>
          <w:sz w:val="18"/>
        </w:rPr>
        <w:t>del</w:t>
      </w:r>
      <w:r>
        <w:rPr>
          <w:rFonts w:ascii="Calibri" w:hAnsi="Calibri"/>
          <w:b w:val="0"/>
          <w:i w:val="0"/>
          <w:sz w:val="20"/>
        </w:rPr>
        <w:t xml:space="preserve"> </w:t>
      </w:r>
      <w:r>
        <w:rPr>
          <w:rFonts w:ascii="Calibri" w:hAnsi="Calibri"/>
          <w:b w:val="0"/>
          <w:i w:val="0"/>
          <w:sz w:val="18"/>
        </w:rPr>
        <w:t>trattamento</w:t>
      </w:r>
      <w:r>
        <w:rPr>
          <w:rFonts w:ascii="Calibri" w:hAnsi="Calibri"/>
          <w:b w:val="0"/>
          <w:i w:val="0"/>
          <w:sz w:val="20"/>
        </w:rPr>
        <w:t xml:space="preserve"> </w:t>
      </w:r>
      <w:r>
        <w:rPr>
          <w:rFonts w:ascii="Calibri" w:hAnsi="Calibri"/>
          <w:b w:val="0"/>
          <w:i w:val="0"/>
          <w:sz w:val="18"/>
        </w:rPr>
        <w:t>(art.</w:t>
      </w:r>
      <w:r>
        <w:rPr>
          <w:rFonts w:ascii="Calibri" w:hAnsi="Calibri"/>
          <w:b w:val="0"/>
          <w:i w:val="0"/>
          <w:sz w:val="20"/>
        </w:rPr>
        <w:t xml:space="preserve"> </w:t>
      </w:r>
      <w:r>
        <w:rPr>
          <w:rFonts w:ascii="Calibri" w:hAnsi="Calibri"/>
          <w:b w:val="0"/>
          <w:i w:val="0"/>
          <w:sz w:val="18"/>
        </w:rPr>
        <w:t>18)</w:t>
      </w:r>
      <w:r>
        <w:rPr>
          <w:rFonts w:ascii="Calibri" w:hAnsi="Calibri"/>
          <w:b w:val="0"/>
          <w:i w:val="0"/>
          <w:sz w:val="20"/>
        </w:rPr>
        <w:t xml:space="preserve"> </w:t>
      </w:r>
      <w:r>
        <w:rPr>
          <w:rFonts w:ascii="Calibri" w:hAnsi="Calibri"/>
          <w:b w:val="0"/>
          <w:i w:val="0"/>
          <w:sz w:val="18"/>
        </w:rPr>
        <w:t>per</w:t>
      </w:r>
      <w:r>
        <w:rPr>
          <w:rFonts w:ascii="Calibri" w:hAnsi="Calibri"/>
          <w:b w:val="0"/>
          <w:i w:val="0"/>
          <w:sz w:val="20"/>
        </w:rPr>
        <w:t xml:space="preserve"> </w:t>
      </w:r>
      <w:r>
        <w:rPr>
          <w:rFonts w:ascii="Calibri" w:hAnsi="Calibri"/>
          <w:b w:val="0"/>
          <w:i w:val="0"/>
          <w:sz w:val="18"/>
        </w:rPr>
        <w:t>i</w:t>
      </w:r>
      <w:r>
        <w:rPr>
          <w:rFonts w:ascii="Calibri" w:hAnsi="Calibri"/>
          <w:b w:val="0"/>
          <w:i w:val="0"/>
          <w:sz w:val="20"/>
        </w:rPr>
        <w:t xml:space="preserve"> </w:t>
      </w:r>
      <w:r>
        <w:rPr>
          <w:rFonts w:ascii="Calibri" w:hAnsi="Calibri"/>
          <w:b w:val="0"/>
          <w:i w:val="0"/>
          <w:sz w:val="18"/>
        </w:rPr>
        <w:t>seguenti</w:t>
      </w:r>
      <w:r>
        <w:rPr>
          <w:rFonts w:ascii="Calibri" w:hAnsi="Calibri"/>
          <w:b w:val="0"/>
          <w:i w:val="0"/>
          <w:sz w:val="20"/>
        </w:rPr>
        <w:t xml:space="preserve"> </w:t>
      </w:r>
      <w:r>
        <w:rPr>
          <w:rFonts w:ascii="Calibri" w:hAnsi="Calibri"/>
          <w:b w:val="0"/>
          <w:i w:val="0"/>
          <w:sz w:val="18"/>
        </w:rPr>
        <w:t>motivi</w:t>
      </w:r>
      <w:r>
        <w:rPr>
          <w:rFonts w:ascii="Calibri" w:hAnsi="Calibri"/>
          <w:b w:val="0"/>
          <w:i w:val="0"/>
          <w:sz w:val="20"/>
        </w:rPr>
        <w:t xml:space="preserve"> </w:t>
      </w:r>
      <w:r>
        <w:rPr>
          <w:rFonts w:ascii="Calibri" w:hAnsi="Calibri"/>
          <w:b w:val="0"/>
          <w:i/>
          <w:sz w:val="18"/>
        </w:rPr>
        <w:t>(barrare</w:t>
      </w:r>
      <w:r>
        <w:rPr>
          <w:rFonts w:ascii="Calibri" w:hAnsi="Calibri"/>
          <w:b w:val="0"/>
          <w:i/>
          <w:sz w:val="20"/>
        </w:rPr>
        <w:t xml:space="preserve"> </w:t>
      </w:r>
      <w:r>
        <w:rPr>
          <w:rFonts w:ascii="Calibri" w:hAnsi="Calibri"/>
          <w:b w:val="0"/>
          <w:i/>
          <w:sz w:val="18"/>
        </w:rPr>
        <w:t>le</w:t>
      </w:r>
      <w:r>
        <w:rPr>
          <w:rFonts w:ascii="Calibri" w:hAnsi="Calibri"/>
          <w:b w:val="0"/>
          <w:i/>
          <w:sz w:val="20"/>
        </w:rPr>
        <w:t xml:space="preserve"> </w:t>
      </w:r>
      <w:r>
        <w:rPr>
          <w:rFonts w:ascii="Calibri" w:hAnsi="Calibri"/>
          <w:b w:val="0"/>
          <w:i/>
          <w:sz w:val="18"/>
        </w:rPr>
        <w:t>caselle</w:t>
      </w:r>
      <w:r>
        <w:rPr>
          <w:rFonts w:ascii="Calibri" w:hAnsi="Calibri"/>
          <w:b w:val="0"/>
          <w:i/>
          <w:sz w:val="20"/>
        </w:rPr>
        <w:t xml:space="preserve"> </w:t>
      </w:r>
      <w:r>
        <w:rPr>
          <w:rFonts w:ascii="Calibri" w:hAnsi="Calibri"/>
          <w:b w:val="0"/>
          <w:i/>
          <w:sz w:val="18"/>
        </w:rPr>
        <w:t>che</w:t>
      </w:r>
      <w:r>
        <w:rPr>
          <w:rFonts w:ascii="Calibri" w:hAnsi="Calibri"/>
          <w:b w:val="0"/>
          <w:i/>
          <w:sz w:val="20"/>
        </w:rPr>
        <w:t xml:space="preserve"> </w:t>
      </w:r>
      <w:r>
        <w:rPr>
          <w:rFonts w:ascii="Calibri" w:hAnsi="Calibri"/>
          <w:b w:val="0"/>
          <w:i/>
          <w:sz w:val="18"/>
        </w:rPr>
        <w:t>interessano)</w:t>
      </w:r>
      <w:r>
        <w:rPr>
          <w:rFonts w:ascii="Calibri" w:hAnsi="Calibri"/>
          <w:b w:val="0"/>
          <w:i w:val="0"/>
          <w:sz w:val="18"/>
        </w:rPr>
        <w:t>:</w:t>
      </w:r>
      <w:r>
        <w:rPr>
          <w:rFonts w:ascii="Calibri" w:hAnsi="Calibri"/>
          <w:b w:val="0"/>
          <w:i w:val="0"/>
          <w:sz w:val="20"/>
        </w:rPr>
        <w:t xml:space="preserve"> </w:t>
      </w:r>
    </w:p>
    <w:p>
      <w:pPr>
        <w:spacing w:before="177" w:after="0" w:line="240" w:lineRule="auto"/>
        <w:ind w:left="778" w:right="0"/>
      </w:pPr>
      <w:r>
        <w:rPr>
          <w:rFonts w:ascii="Calibri" w:hAnsi="Calibri"/>
          <w:b w:val="0"/>
          <w:i w:val="0"/>
          <w:sz w:val="15"/>
        </w:rPr>
        <w:t>☐</w:t>
      </w:r>
      <w:r>
        <w:rPr>
          <w:rFonts w:ascii="Calibri" w:hAnsi="Calibri"/>
          <w:b w:val="0"/>
          <w:i w:val="0"/>
          <w:sz w:val="15"/>
        </w:rPr>
        <w:t xml:space="preserve"> </w:t>
      </w:r>
    </w:p>
    <w:p>
      <w:pPr>
        <w:spacing w:before="0" w:after="0" w:line="240" w:lineRule="auto"/>
        <w:ind w:left="1304" w:right="0"/>
      </w:pPr>
      <w:r>
        <w:rPr>
          <w:rFonts w:ascii="Calibri" w:hAnsi="Calibri"/>
          <w:b w:val="0"/>
          <w:i w:val="0"/>
          <w:sz w:val="20"/>
        </w:rPr>
        <w:t xml:space="preserve">contesta l’esattezza dei dati personali; </w:t>
      </w:r>
    </w:p>
    <w:p>
      <w:pPr>
        <w:spacing w:before="177" w:after="0" w:line="240" w:lineRule="auto"/>
        <w:ind w:left="778" w:right="0"/>
      </w:pPr>
      <w:r>
        <w:rPr>
          <w:rFonts w:ascii="Calibri" w:hAnsi="Calibri"/>
          <w:b w:val="0"/>
          <w:i w:val="0"/>
          <w:sz w:val="15"/>
        </w:rPr>
        <w:t>☐</w:t>
      </w:r>
      <w:r>
        <w:rPr>
          <w:rFonts w:ascii="Calibri" w:hAnsi="Calibri"/>
          <w:b w:val="0"/>
          <w:i w:val="0"/>
          <w:sz w:val="15"/>
        </w:rPr>
        <w:t xml:space="preserve"> </w:t>
      </w:r>
    </w:p>
    <w:p>
      <w:pPr>
        <w:spacing w:before="0" w:after="0" w:line="240" w:lineRule="auto"/>
        <w:ind w:left="1304" w:right="0"/>
      </w:pPr>
      <w:r>
        <w:rPr>
          <w:rFonts w:ascii="Calibri" w:hAnsi="Calibri"/>
          <w:b w:val="0"/>
          <w:i w:val="0"/>
          <w:sz w:val="22"/>
        </w:rPr>
        <w:t>il trattamento dei dati è illecito</w:t>
      </w:r>
      <w:r>
        <w:rPr>
          <w:rFonts w:ascii="Calibri" w:hAnsi="Calibri"/>
          <w:b w:val="0"/>
          <w:i w:val="0"/>
          <w:sz w:val="20"/>
        </w:rPr>
        <w:t xml:space="preserve">; </w:t>
      </w:r>
    </w:p>
    <w:p>
      <w:pPr>
        <w:spacing w:before="170" w:after="0" w:line="240" w:lineRule="auto"/>
        <w:ind w:left="778" w:right="0"/>
      </w:pPr>
      <w:r>
        <w:rPr>
          <w:rFonts w:ascii="Calibri" w:hAnsi="Calibri"/>
          <w:b w:val="0"/>
          <w:i w:val="0"/>
          <w:sz w:val="15"/>
        </w:rPr>
        <w:t>☐</w:t>
      </w:r>
      <w:r>
        <w:rPr>
          <w:rFonts w:ascii="Calibri" w:hAnsi="Calibri"/>
          <w:b w:val="0"/>
          <w:i w:val="0"/>
          <w:sz w:val="15"/>
        </w:rPr>
        <w:t xml:space="preserve"> </w:t>
      </w:r>
    </w:p>
    <w:p>
      <w:pPr>
        <w:spacing w:before="0" w:after="0" w:line="240" w:lineRule="auto"/>
        <w:ind w:left="1304" w:right="0"/>
      </w:pPr>
      <w:r>
        <w:rPr>
          <w:rFonts w:ascii="Calibri" w:hAnsi="Calibri"/>
          <w:b w:val="0"/>
          <w:i w:val="0"/>
          <w:sz w:val="22"/>
        </w:rPr>
        <w:t xml:space="preserve">i dati sono necessari all’interessato per l’accertamento, l’esercizio o la difesa di un diritto in </w:t>
      </w:r>
    </w:p>
    <w:p>
      <w:pPr>
        <w:spacing w:before="46" w:after="0" w:line="240" w:lineRule="auto"/>
        <w:ind w:left="253" w:right="0"/>
      </w:pPr>
      <w:r>
        <w:rPr>
          <w:rFonts w:ascii="Calibri" w:hAnsi="Calibri"/>
          <w:b w:val="0"/>
          <w:i w:val="0"/>
          <w:sz w:val="22"/>
        </w:rPr>
        <w:t xml:space="preserve">sede giudiziaria; </w:t>
      </w:r>
    </w:p>
    <w:p>
      <w:pPr>
        <w:spacing w:before="177" w:after="0" w:line="240" w:lineRule="auto"/>
        <w:ind w:left="778" w:right="0"/>
      </w:pPr>
      <w:r>
        <w:rPr>
          <w:rFonts w:ascii="Calibri" w:hAnsi="Calibri"/>
          <w:b w:val="0"/>
          <w:i w:val="0"/>
          <w:sz w:val="15"/>
        </w:rPr>
        <w:t>☐</w:t>
      </w:r>
      <w:r>
        <w:rPr>
          <w:rFonts w:ascii="Calibri" w:hAnsi="Calibri"/>
          <w:b w:val="0"/>
          <w:i w:val="0"/>
          <w:sz w:val="15"/>
        </w:rPr>
        <w:t xml:space="preserve"> </w:t>
      </w:r>
    </w:p>
    <w:p>
      <w:pPr>
        <w:spacing w:before="0" w:after="0" w:line="240" w:lineRule="auto"/>
        <w:ind w:left="1311" w:right="0"/>
      </w:pPr>
      <w:r>
        <w:rPr>
          <w:rFonts w:ascii="Calibri" w:hAnsi="Calibri"/>
          <w:b w:val="0"/>
          <w:i w:val="0"/>
          <w:sz w:val="22"/>
        </w:rPr>
        <w:t xml:space="preserve">l’interessato si è opposto al trattamento dei dati ai sensi dell’art. 21, paragrafo 1, del </w:t>
      </w:r>
    </w:p>
    <w:p>
      <w:pPr>
        <w:spacing w:before="47" w:after="0" w:line="240" w:lineRule="auto"/>
        <w:ind w:left="253" w:right="0"/>
      </w:pPr>
      <w:r>
        <w:rPr>
          <w:rFonts w:ascii="Calibri" w:hAnsi="Calibri"/>
          <w:b w:val="0"/>
          <w:i w:val="0"/>
          <w:sz w:val="22"/>
        </w:rPr>
        <w:t xml:space="preserve">Regolamento (UE) 2016/679. </w:t>
      </w:r>
    </w:p>
    <w:p>
      <w:pPr>
        <w:spacing w:before="204" w:after="0" w:line="240" w:lineRule="auto"/>
        <w:ind w:left="253" w:right="0"/>
      </w:pPr>
      <w:r>
        <w:rPr>
          <w:rFonts w:ascii="Calibri" w:hAnsi="Calibri"/>
          <w:b w:val="0"/>
          <w:i w:val="0"/>
          <w:sz w:val="20"/>
        </w:rPr>
        <w:t xml:space="preserve">La presente richiesta riguarda (indicare i dati personali, le categorie di dati o il trattamento cui si fa riferimento): </w:t>
      </w:r>
    </w:p>
    <w:p>
      <w:pPr>
        <w:spacing w:before="280" w:after="0" w:line="240" w:lineRule="auto"/>
        <w:ind w:left="505" w:right="0"/>
      </w:pPr>
      <w:r>
        <w:rPr>
          <w:rFonts w:ascii="Calibri" w:hAnsi="Calibri"/>
          <w:b/>
          <w:i w:val="0"/>
          <w:sz w:val="18"/>
        </w:rPr>
        <w:t>3.</w:t>
      </w:r>
      <w:r>
        <w:rPr>
          <w:rFonts w:ascii="Calibri" w:hAnsi="Calibri"/>
          <w:b/>
          <w:i w:val="0"/>
          <w:sz w:val="18"/>
        </w:rPr>
        <w:t xml:space="preserve"> </w:t>
      </w:r>
      <w:r>
        <w:rPr>
          <w:rFonts w:ascii="Calibri" w:hAnsi="Calibri"/>
          <w:b/>
          <w:i w:val="0"/>
          <w:sz w:val="20"/>
        </w:rPr>
        <w:t xml:space="preserve">Portabilità dei dati </w:t>
      </w:r>
      <w:r>
        <w:rPr>
          <w:rFonts w:ascii="Calibri" w:hAnsi="Calibri"/>
          <w:b w:val="0"/>
          <w:i/>
          <w:sz w:val="20"/>
        </w:rPr>
        <w:t>(art. 20 del Regolamento (UE) 2016/679)</w:t>
      </w:r>
      <w:r>
        <w:rPr>
          <w:rFonts w:ascii="Calibri" w:hAnsi="Calibri"/>
          <w:b/>
          <w:i w:val="0"/>
          <w:sz w:val="20"/>
        </w:rPr>
        <w:t xml:space="preserve"> </w:t>
      </w:r>
    </w:p>
    <w:p>
      <w:pPr>
        <w:spacing w:before="168" w:after="0" w:line="240" w:lineRule="auto"/>
        <w:ind w:left="253" w:right="0"/>
      </w:pPr>
      <w:r>
        <w:rPr>
          <w:rFonts w:ascii="Calibri" w:hAnsi="Calibri"/>
          <w:b w:val="0"/>
          <w:i w:val="0"/>
          <w:sz w:val="20"/>
        </w:rPr>
        <w:t xml:space="preserve">Con riferimento a tutti i dati personali forniti al titolare, il sottoscritto chiede di </w:t>
      </w:r>
      <w:r>
        <w:rPr>
          <w:rFonts w:ascii="Calibri" w:hAnsi="Calibri"/>
          <w:b w:val="0"/>
          <w:i/>
          <w:sz w:val="20"/>
        </w:rPr>
        <w:t xml:space="preserve">(barrare solo le caselleche </w:t>
      </w:r>
    </w:p>
    <w:p>
      <w:pPr>
        <w:spacing w:before="0" w:after="0" w:line="240" w:lineRule="auto"/>
        <w:ind w:left="253" w:right="0"/>
      </w:pPr>
      <w:r>
        <w:rPr>
          <w:rFonts w:ascii="Calibri" w:hAnsi="Calibri"/>
          <w:b w:val="0"/>
          <w:i/>
          <w:sz w:val="20"/>
        </w:rPr>
        <w:t>interessano)</w:t>
      </w:r>
      <w:r>
        <w:rPr>
          <w:rFonts w:ascii="Calibri" w:hAnsi="Calibri"/>
          <w:b w:val="0"/>
          <w:i w:val="0"/>
          <w:sz w:val="20"/>
        </w:rPr>
        <w:t xml:space="preserve">: </w:t>
      </w:r>
    </w:p>
    <w:p>
      <w:pPr>
        <w:spacing w:before="170" w:after="0" w:line="240" w:lineRule="auto"/>
        <w:ind w:left="253" w:right="0"/>
      </w:pPr>
      <w:r>
        <w:rPr>
          <w:rFonts w:ascii="Calibri" w:hAnsi="Calibri"/>
          <w:b w:val="0"/>
          <w:i w:val="0"/>
          <w:sz w:val="15"/>
        </w:rPr>
        <w:t>☐</w:t>
      </w:r>
      <w:r>
        <w:rPr>
          <w:rFonts w:ascii="Calibri" w:hAnsi="Calibri"/>
          <w:b w:val="0"/>
          <w:i w:val="0"/>
          <w:sz w:val="15"/>
        </w:rPr>
        <w:t xml:space="preserve"> </w:t>
      </w:r>
    </w:p>
    <w:p>
      <w:pPr>
        <w:spacing w:before="0" w:after="0" w:line="240" w:lineRule="auto"/>
        <w:ind w:left="778" w:right="0"/>
      </w:pPr>
      <w:r>
        <w:rPr>
          <w:rFonts w:ascii="Calibri" w:hAnsi="Calibri"/>
          <w:b w:val="0"/>
          <w:i w:val="0"/>
          <w:sz w:val="20"/>
        </w:rPr>
        <w:t xml:space="preserve">ricevere tali dati in un formato strutturato, di uso comune e leggibile da dispositivoautomatico </w:t>
      </w:r>
    </w:p>
    <w:p>
      <w:pPr>
        <w:spacing w:before="177" w:after="0" w:line="240" w:lineRule="auto"/>
        <w:ind w:left="253" w:right="0"/>
      </w:pPr>
      <w:r>
        <w:rPr>
          <w:rFonts w:ascii="Calibri" w:hAnsi="Calibri"/>
          <w:b w:val="0"/>
          <w:i w:val="0"/>
          <w:sz w:val="15"/>
        </w:rPr>
        <w:t>☐</w:t>
      </w:r>
      <w:r>
        <w:rPr>
          <w:rFonts w:ascii="Calibri" w:hAnsi="Calibri"/>
          <w:b w:val="0"/>
          <w:i w:val="0"/>
          <w:sz w:val="15"/>
        </w:rPr>
        <w:t xml:space="preserve"> </w:t>
      </w:r>
    </w:p>
    <w:p>
      <w:pPr>
        <w:spacing w:before="0" w:after="0" w:line="240" w:lineRule="auto"/>
        <w:ind w:left="778" w:right="0"/>
      </w:pPr>
      <w:r>
        <w:rPr>
          <w:rFonts w:ascii="Calibri" w:hAnsi="Calibri"/>
          <w:b w:val="0"/>
          <w:i w:val="0"/>
          <w:sz w:val="18"/>
        </w:rPr>
        <w:t>trasmettere direttamente al seguente diverso titolare del trattamento</w:t>
      </w:r>
      <w:r>
        <w:rPr>
          <w:rFonts w:ascii="Calibri" w:hAnsi="Calibri"/>
          <w:b w:val="0"/>
          <w:i w:val="0"/>
          <w:sz w:val="20"/>
        </w:rPr>
        <w:t xml:space="preserve"> </w:t>
      </w:r>
      <w:r>
        <w:rPr>
          <w:rFonts w:ascii="Calibri" w:hAnsi="Calibri"/>
          <w:b w:val="0"/>
          <w:i/>
          <w:sz w:val="18"/>
        </w:rPr>
        <w:t>(specificare i riferimentiidentificativi</w:t>
      </w:r>
      <w:r>
        <w:rPr>
          <w:rFonts w:ascii="Calibri" w:hAnsi="Calibri"/>
          <w:b w:val="0"/>
          <w:i/>
          <w:sz w:val="20"/>
        </w:rPr>
        <w:t xml:space="preserve"> </w:t>
      </w:r>
    </w:p>
    <w:p>
      <w:pPr>
        <w:spacing w:before="0" w:after="0" w:line="240" w:lineRule="auto"/>
        <w:ind w:left="253" w:right="0"/>
      </w:pPr>
      <w:r>
        <w:rPr>
          <w:rFonts w:ascii="Calibri" w:hAnsi="Calibri"/>
          <w:b w:val="0"/>
          <w:i/>
          <w:sz w:val="20"/>
        </w:rPr>
        <w:t xml:space="preserve">e di contatto del titolare): </w:t>
      </w:r>
    </w:p>
    <w:p>
      <w:pPr>
        <w:spacing w:before="163" w:after="0" w:line="240" w:lineRule="auto"/>
        <w:ind w:left="778" w:right="0"/>
      </w:pPr>
      <w:r>
        <w:rPr>
          <w:rFonts w:ascii="Calibri" w:hAnsi="Calibri"/>
          <w:b w:val="0"/>
          <w:i w:val="0"/>
          <w:sz w:val="15"/>
        </w:rPr>
        <w:t>☐</w:t>
      </w:r>
      <w:r>
        <w:rPr>
          <w:rFonts w:ascii="Calibri" w:hAnsi="Calibri"/>
          <w:b w:val="0"/>
          <w:i w:val="0"/>
          <w:sz w:val="15"/>
        </w:rPr>
        <w:t xml:space="preserve"> </w:t>
      </w:r>
    </w:p>
    <w:p>
      <w:pPr>
        <w:spacing w:before="0" w:after="0" w:line="240" w:lineRule="auto"/>
        <w:ind w:left="1304" w:right="0"/>
      </w:pPr>
      <w:r>
        <w:rPr>
          <w:rFonts w:ascii="Calibri" w:hAnsi="Calibri"/>
          <w:b w:val="0"/>
          <w:i w:val="0"/>
          <w:sz w:val="18"/>
        </w:rPr>
        <w:t>tutti i dati personali forniti al titolare;</w:t>
      </w:r>
      <w:r>
        <w:rPr>
          <w:rFonts w:ascii="Calibri" w:hAnsi="Calibri"/>
          <w:b w:val="0"/>
          <w:i w:val="0"/>
          <w:sz w:val="20"/>
        </w:rPr>
        <w:t xml:space="preserve"> </w:t>
      </w:r>
    </w:p>
    <w:p>
      <w:pPr>
        <w:spacing w:before="177" w:after="0" w:line="240" w:lineRule="auto"/>
        <w:ind w:left="735" w:right="0"/>
      </w:pPr>
      <w:r>
        <w:rPr>
          <w:rFonts w:ascii="Calibri" w:hAnsi="Calibri"/>
          <w:b w:val="0"/>
          <w:i w:val="0"/>
          <w:sz w:val="15"/>
        </w:rPr>
        <w:t>☐</w:t>
      </w:r>
      <w:r>
        <w:rPr>
          <w:rFonts w:ascii="Calibri" w:hAnsi="Calibri"/>
          <w:b w:val="0"/>
          <w:i w:val="0"/>
          <w:sz w:val="15"/>
        </w:rPr>
        <w:t xml:space="preserve"> </w:t>
      </w:r>
    </w:p>
    <w:p>
      <w:pPr>
        <w:spacing w:before="0" w:after="0" w:line="240" w:lineRule="auto"/>
        <w:ind w:left="1304" w:right="0"/>
      </w:pPr>
      <w:r>
        <w:rPr>
          <w:rFonts w:ascii="Calibri" w:hAnsi="Calibri"/>
          <w:b w:val="0"/>
          <w:i w:val="0"/>
          <w:sz w:val="20"/>
        </w:rPr>
        <w:t xml:space="preserve">un sottoinsieme di tali dati. </w:t>
      </w:r>
    </w:p>
    <w:p>
      <w:pPr>
        <w:spacing w:before="280" w:after="0" w:line="240" w:lineRule="auto"/>
        <w:ind w:left="253" w:right="0"/>
      </w:pPr>
      <w:r>
        <w:rPr>
          <w:rFonts w:ascii="Calibri" w:hAnsi="Calibri"/>
          <w:b w:val="0"/>
          <w:i w:val="0"/>
          <w:sz w:val="20"/>
        </w:rPr>
        <w:t xml:space="preserve">La presente richiesta riguarda (indicare i dati personali, le categorie di dati o il trattamento cui si fa riferimento): </w:t>
      </w:r>
    </w:p>
    <w:p>
      <w:pPr>
        <w:spacing w:before="280" w:after="0" w:line="240" w:lineRule="auto"/>
        <w:ind w:left="505" w:right="0"/>
      </w:pPr>
      <w:r>
        <w:rPr>
          <w:rFonts w:ascii="Calibri" w:hAnsi="Calibri"/>
          <w:b/>
          <w:i/>
          <w:sz w:val="18"/>
        </w:rPr>
        <w:t>4.</w:t>
      </w:r>
      <w:r>
        <w:rPr>
          <w:rFonts w:ascii="Calibri" w:hAnsi="Calibri"/>
          <w:b/>
          <w:i/>
          <w:sz w:val="18"/>
        </w:rPr>
        <w:t xml:space="preserve"> </w:t>
      </w:r>
      <w:r>
        <w:rPr>
          <w:rFonts w:ascii="Calibri" w:hAnsi="Calibri"/>
          <w:b/>
          <w:i w:val="0"/>
          <w:sz w:val="20"/>
        </w:rPr>
        <w:t xml:space="preserve">Opposizione al trattamento </w:t>
      </w:r>
      <w:r>
        <w:rPr>
          <w:rFonts w:ascii="Calibri" w:hAnsi="Calibri"/>
          <w:b w:val="0"/>
          <w:i/>
          <w:sz w:val="20"/>
        </w:rPr>
        <w:t>(art. 21, paragrafo 1 del Regolamento (UE) 2016/679)</w:t>
      </w:r>
      <w:r>
        <w:rPr>
          <w:rFonts w:ascii="Calibri" w:hAnsi="Calibri"/>
          <w:b/>
          <w:i/>
          <w:sz w:val="20"/>
        </w:rPr>
        <w:t xml:space="preserve"> </w:t>
      </w:r>
    </w:p>
    <w:p>
      <w:pPr>
        <w:spacing w:before="176" w:after="0" w:line="240" w:lineRule="auto"/>
        <w:ind w:left="253" w:right="0"/>
      </w:pPr>
      <w:r>
        <w:rPr>
          <w:rFonts w:ascii="Calibri" w:hAnsi="Calibri"/>
          <w:b w:val="0"/>
          <w:i w:val="0"/>
          <w:sz w:val="15"/>
        </w:rPr>
        <w:t>☐</w:t>
      </w:r>
      <w:r>
        <w:rPr>
          <w:rFonts w:ascii="Calibri" w:hAnsi="Calibri"/>
          <w:b w:val="0"/>
          <w:i w:val="0"/>
          <w:sz w:val="15"/>
        </w:rPr>
        <w:t xml:space="preserve"> </w:t>
      </w:r>
    </w:p>
    <w:p>
      <w:pPr>
        <w:spacing w:before="0" w:after="0" w:line="240" w:lineRule="auto"/>
        <w:ind w:left="778" w:right="0"/>
      </w:pPr>
      <w:r>
        <w:rPr>
          <w:rFonts w:ascii="Calibri" w:hAnsi="Calibri"/>
          <w:b w:val="0"/>
          <w:i w:val="0"/>
          <w:sz w:val="20"/>
        </w:rPr>
        <w:t xml:space="preserve">Il sottoscritto si oppone al trattamento dei suoi dati personali ai sensi dell’art. 6, paragrafo 1,lettera e) o </w:t>
      </w:r>
    </w:p>
    <w:p>
      <w:pPr>
        <w:spacing w:before="0" w:after="0" w:line="240" w:lineRule="auto"/>
        <w:ind w:left="253" w:right="0"/>
      </w:pPr>
      <w:r>
        <w:rPr>
          <w:rFonts w:ascii="Calibri" w:hAnsi="Calibri"/>
          <w:b w:val="0"/>
          <w:i w:val="0"/>
          <w:sz w:val="20"/>
        </w:rPr>
        <w:t xml:space="preserve">lettera f), per i seguenti motivi legati alla sua situazione particolare (specificare): </w:t>
      </w:r>
    </w:p>
    <w:p>
      <w:r>
        <w:br w:type="page"/>
      </w:r>
    </w:p>
    <w:p>
      <w:pPr>
        <w:spacing w:before="0" w:after="0" w:line="240" w:lineRule="auto"/>
        <w:ind w:left="505" w:right="0"/>
      </w:pPr>
      <w:r>
        <w:rPr>
          <w:rFonts w:ascii="Calibri" w:hAnsi="Calibri"/>
          <w:b/>
          <w:i w:val="0"/>
          <w:sz w:val="18"/>
        </w:rPr>
        <w:t>5.</w:t>
      </w:r>
      <w:r>
        <w:rPr>
          <w:rFonts w:ascii="Calibri" w:hAnsi="Calibri"/>
          <w:b/>
          <w:i w:val="0"/>
          <w:sz w:val="18"/>
        </w:rPr>
        <w:t xml:space="preserve"> </w:t>
      </w:r>
    </w:p>
    <w:p>
      <w:pPr>
        <w:spacing w:before="0" w:after="0" w:line="240" w:lineRule="auto"/>
        <w:ind w:left="865" w:right="0"/>
      </w:pPr>
      <w:r>
        <w:rPr>
          <w:rFonts w:ascii="Calibri" w:hAnsi="Calibri"/>
          <w:b/>
          <w:i w:val="0"/>
          <w:sz w:val="20"/>
        </w:rPr>
        <w:t xml:space="preserve">Opposizione al trattamento per fini di marketing diretto </w:t>
      </w:r>
      <w:r>
        <w:rPr>
          <w:rFonts w:ascii="Calibri" w:hAnsi="Calibri"/>
          <w:b w:val="0"/>
          <w:i/>
          <w:sz w:val="20"/>
        </w:rPr>
        <w:t xml:space="preserve">(art. 21, paragrafo 2 del Regolamento (UE) </w:t>
      </w:r>
    </w:p>
    <w:p>
      <w:pPr>
        <w:spacing w:before="40" w:after="0" w:line="240" w:lineRule="auto"/>
        <w:ind w:left="865" w:right="0"/>
      </w:pPr>
      <w:r>
        <w:rPr>
          <w:rFonts w:ascii="Calibri" w:hAnsi="Calibri"/>
          <w:b w:val="0"/>
          <w:i/>
          <w:sz w:val="20"/>
        </w:rPr>
        <w:t>2016/679)</w:t>
      </w:r>
      <w:r>
        <w:rPr>
          <w:rFonts w:ascii="Calibri" w:hAnsi="Calibri"/>
          <w:b/>
          <w:i w:val="0"/>
          <w:sz w:val="20"/>
        </w:rPr>
        <w:t xml:space="preserve"> </w:t>
      </w:r>
    </w:p>
    <w:p>
      <w:pPr>
        <w:spacing w:before="276" w:after="0" w:line="240" w:lineRule="auto"/>
        <w:ind w:left="253" w:right="0"/>
      </w:pPr>
      <w:r>
        <w:rPr>
          <w:rFonts w:ascii="Calibri" w:hAnsi="Calibri"/>
          <w:b w:val="0"/>
          <w:i w:val="0"/>
          <w:sz w:val="15"/>
        </w:rPr>
        <w:t>☐</w:t>
      </w:r>
      <w:r>
        <w:rPr>
          <w:rFonts w:ascii="Calibri" w:hAnsi="Calibri"/>
          <w:b w:val="0"/>
          <w:i w:val="0"/>
          <w:sz w:val="15"/>
        </w:rPr>
        <w:t xml:space="preserve"> </w:t>
      </w:r>
    </w:p>
    <w:p>
      <w:pPr>
        <w:spacing w:before="0" w:after="0" w:line="240" w:lineRule="auto"/>
        <w:ind w:left="728" w:right="0"/>
      </w:pPr>
      <w:r>
        <w:rPr>
          <w:rFonts w:ascii="Calibri" w:hAnsi="Calibri"/>
          <w:b w:val="0"/>
          <w:i w:val="0"/>
          <w:sz w:val="20"/>
        </w:rPr>
        <w:t xml:space="preserve">Il sottoscritto si oppone al trattamento dei dati effettuato a fini di invio di materialepubblicitario o di vendita </w:t>
      </w:r>
    </w:p>
    <w:p>
      <w:pPr>
        <w:spacing w:before="0" w:after="0" w:line="240" w:lineRule="auto"/>
        <w:ind w:left="253" w:right="0"/>
      </w:pPr>
      <w:r>
        <w:rPr>
          <w:rFonts w:ascii="Calibri" w:hAnsi="Calibri"/>
          <w:b w:val="0"/>
          <w:i w:val="0"/>
          <w:sz w:val="20"/>
        </w:rPr>
        <w:t xml:space="preserve">diretta o per il compimento di ricerche di mercato o di comunicazione commerciale </w:t>
      </w:r>
    </w:p>
    <w:p>
      <w:pPr>
        <w:spacing w:before="280" w:after="0" w:line="240" w:lineRule="auto"/>
        <w:ind w:left="253" w:right="0"/>
      </w:pPr>
      <w:r>
        <w:rPr>
          <w:rFonts w:ascii="Calibri" w:hAnsi="Calibri"/>
          <w:b w:val="0"/>
          <w:i w:val="0"/>
          <w:sz w:val="20"/>
        </w:rPr>
        <w:t xml:space="preserve">Il sottoscritto: </w:t>
      </w:r>
    </w:p>
    <w:p>
      <w:pPr>
        <w:spacing w:before="262" w:after="0" w:line="240" w:lineRule="auto"/>
        <w:ind w:left="253" w:right="0"/>
      </w:pPr>
      <w:r>
        <w:rPr>
          <w:rFonts w:ascii="Calibri" w:hAnsi="Calibri"/>
          <w:b w:val="0"/>
          <w:i w:val="0"/>
          <w:sz w:val="15"/>
        </w:rPr>
        <w:t>☐</w:t>
      </w:r>
      <w:r>
        <w:rPr>
          <w:rFonts w:ascii="Calibri" w:hAnsi="Calibri"/>
          <w:b w:val="0"/>
          <w:i w:val="0"/>
          <w:sz w:val="15"/>
        </w:rPr>
        <w:t xml:space="preserve"> </w:t>
      </w:r>
    </w:p>
    <w:p>
      <w:pPr>
        <w:spacing w:before="0" w:after="0" w:line="240" w:lineRule="auto"/>
        <w:ind w:left="778" w:right="0"/>
      </w:pPr>
      <w:r>
        <w:rPr>
          <w:rFonts w:ascii="Calibri" w:hAnsi="Calibri"/>
          <w:b w:val="0"/>
          <w:i w:val="0"/>
          <w:sz w:val="20"/>
        </w:rPr>
        <w:t xml:space="preserve">Chiede di essere informato, ai sensi dell’art. 12, paragrafo 4 del Regolamento (UE) 2016/679, al più tardi </w:t>
      </w:r>
    </w:p>
    <w:p>
      <w:pPr>
        <w:spacing w:before="0" w:after="0" w:line="240" w:lineRule="auto"/>
        <w:ind w:left="253" w:right="0"/>
      </w:pPr>
      <w:r>
        <w:rPr>
          <w:rFonts w:ascii="Calibri" w:hAnsi="Calibri"/>
          <w:b w:val="0"/>
          <w:i w:val="0"/>
          <w:sz w:val="20"/>
        </w:rPr>
        <w:t xml:space="preserve">entro un mese dal ricevimento della presente richiesta, degli eventuali motivi che impediscono al titolare di </w:t>
      </w:r>
    </w:p>
    <w:p>
      <w:pPr>
        <w:spacing w:before="0" w:after="0" w:line="240" w:lineRule="auto"/>
        <w:ind w:left="253" w:right="0"/>
      </w:pPr>
      <w:r>
        <w:rPr>
          <w:rFonts w:ascii="Calibri" w:hAnsi="Calibri"/>
          <w:b w:val="0"/>
          <w:i w:val="0"/>
          <w:sz w:val="20"/>
        </w:rPr>
        <w:t xml:space="preserve">fornire le informazioni o svolgere le operazioni richieste. </w:t>
      </w:r>
    </w:p>
    <w:p>
      <w:pPr>
        <w:spacing w:before="177" w:after="0" w:line="240" w:lineRule="auto"/>
        <w:ind w:left="253" w:right="0"/>
      </w:pPr>
      <w:r>
        <w:rPr>
          <w:rFonts w:ascii="Calibri" w:hAnsi="Calibri"/>
          <w:b w:val="0"/>
          <w:i w:val="0"/>
          <w:sz w:val="15"/>
        </w:rPr>
        <w:t>☐</w:t>
      </w:r>
      <w:r>
        <w:rPr>
          <w:rFonts w:ascii="Calibri" w:hAnsi="Calibri"/>
          <w:b w:val="0"/>
          <w:i w:val="0"/>
          <w:sz w:val="15"/>
        </w:rPr>
        <w:t xml:space="preserve"> </w:t>
      </w:r>
    </w:p>
    <w:p>
      <w:pPr>
        <w:spacing w:before="0" w:after="0" w:line="240" w:lineRule="auto"/>
        <w:ind w:left="778" w:right="0"/>
      </w:pPr>
      <w:r>
        <w:rPr>
          <w:rFonts w:ascii="Calibri" w:hAnsi="Calibri"/>
          <w:b w:val="0"/>
          <w:i w:val="0"/>
          <w:sz w:val="20"/>
        </w:rPr>
        <w:t xml:space="preserve">Chiede, in particolare, di essere informato della sussistenza di eventuali condizioni che impediscono al </w:t>
      </w:r>
    </w:p>
    <w:p>
      <w:pPr>
        <w:spacing w:before="0" w:after="0" w:line="240" w:lineRule="auto"/>
        <w:ind w:left="253" w:right="0"/>
      </w:pPr>
      <w:r>
        <w:rPr>
          <w:rFonts w:ascii="Calibri" w:hAnsi="Calibri"/>
          <w:b w:val="0"/>
          <w:i w:val="0"/>
          <w:sz w:val="20"/>
        </w:rPr>
        <w:t xml:space="preserve">titolare di identificarlo come interessato, ai sensi dell’art. 11, paragrafo 2, del Regolamento (UE) 2016/679. </w:t>
      </w:r>
    </w:p>
    <w:p>
      <w:pPr>
        <w:spacing w:before="280" w:after="0" w:line="240" w:lineRule="auto"/>
        <w:ind w:left="137" w:right="0"/>
      </w:pPr>
      <w:r>
        <w:rPr>
          <w:rFonts w:ascii="Calibri" w:hAnsi="Calibri"/>
          <w:b/>
          <w:i w:val="0"/>
          <w:sz w:val="20"/>
        </w:rPr>
        <w:t xml:space="preserve">Recapito per la risposta: </w:t>
      </w:r>
    </w:p>
    <w:p>
      <w:pPr>
        <w:spacing w:before="248" w:after="0" w:line="240" w:lineRule="auto"/>
        <w:ind w:left="253" w:right="0"/>
      </w:pPr>
      <w:r>
        <w:rPr>
          <w:rFonts w:ascii="Calibri" w:hAnsi="Calibri"/>
          <w:b w:val="0"/>
          <w:i w:val="0"/>
          <w:sz w:val="20"/>
        </w:rPr>
        <w:t xml:space="preserve">Via/Piazza: </w:t>
      </w:r>
    </w:p>
    <w:p>
      <w:pPr>
        <w:spacing w:before="126" w:after="0" w:line="240" w:lineRule="auto"/>
        <w:ind w:left="296" w:right="0"/>
      </w:pPr>
      <w:r>
        <w:rPr>
          <w:rFonts w:ascii="Calibri" w:hAnsi="Calibri"/>
          <w:b w:val="0"/>
          <w:i w:val="0"/>
          <w:sz w:val="20"/>
        </w:rPr>
        <w:t xml:space="preserve">Comune: </w:t>
      </w:r>
    </w:p>
    <w:p>
      <w:pPr>
        <w:spacing w:before="126" w:after="0" w:line="240" w:lineRule="auto"/>
        <w:ind w:left="253" w:right="0"/>
      </w:pPr>
      <w:r>
        <w:rPr>
          <w:rFonts w:ascii="Calibri" w:hAnsi="Calibri"/>
          <w:b w:val="0"/>
          <w:i w:val="0"/>
          <w:sz w:val="20"/>
        </w:rPr>
        <w:t xml:space="preserve">Provincia: </w:t>
      </w:r>
    </w:p>
    <w:p>
      <w:pPr>
        <w:spacing w:before="126" w:after="0" w:line="240" w:lineRule="auto"/>
        <w:ind w:left="253" w:right="0"/>
      </w:pPr>
      <w:r>
        <w:rPr>
          <w:rFonts w:ascii="Calibri" w:hAnsi="Calibri"/>
          <w:b w:val="0"/>
          <w:i w:val="0"/>
          <w:sz w:val="20"/>
        </w:rPr>
        <w:t xml:space="preserve">Codice postale: </w:t>
      </w:r>
    </w:p>
    <w:p>
      <w:pPr>
        <w:spacing w:before="126" w:after="0" w:line="240" w:lineRule="auto"/>
        <w:ind w:left="253" w:right="0"/>
      </w:pPr>
      <w:r>
        <w:rPr>
          <w:rFonts w:ascii="Calibri" w:hAnsi="Calibri"/>
          <w:b w:val="0"/>
          <w:i w:val="0"/>
          <w:sz w:val="20"/>
        </w:rPr>
        <w:t xml:space="preserve">oppure </w:t>
      </w:r>
    </w:p>
    <w:p>
      <w:pPr>
        <w:spacing w:before="126" w:after="0" w:line="240" w:lineRule="auto"/>
        <w:ind w:left="253" w:right="0"/>
      </w:pPr>
      <w:r>
        <w:rPr>
          <w:rFonts w:ascii="Calibri" w:hAnsi="Calibri"/>
          <w:b w:val="0"/>
          <w:i w:val="0"/>
          <w:sz w:val="20"/>
        </w:rPr>
        <w:t xml:space="preserve">e-mail/PEC: </w:t>
      </w:r>
    </w:p>
    <w:p>
      <w:pPr>
        <w:spacing w:before="280" w:after="0" w:line="240" w:lineRule="auto"/>
        <w:ind w:left="137" w:right="0"/>
      </w:pPr>
      <w:r>
        <w:rPr>
          <w:rFonts w:ascii="Calibri" w:hAnsi="Calibri"/>
          <w:b/>
          <w:i w:val="0"/>
          <w:sz w:val="20"/>
        </w:rPr>
        <w:t xml:space="preserve">Allegare documento di riconoscimento. </w:t>
      </w:r>
    </w:p>
    <w:p>
      <w:pPr>
        <w:spacing w:before="280" w:after="0" w:line="240" w:lineRule="auto"/>
        <w:ind w:left="137" w:right="0"/>
      </w:pPr>
      <w:r>
        <w:rPr>
          <w:rFonts w:ascii="Calibri" w:hAnsi="Calibri"/>
          <w:b/>
          <w:i w:val="0"/>
          <w:sz w:val="20"/>
        </w:rPr>
        <w:t xml:space="preserve">Eventuali precisazioni: </w:t>
      </w:r>
    </w:p>
    <w:p>
      <w:pPr>
        <w:spacing w:before="256" w:after="0" w:line="240" w:lineRule="auto"/>
        <w:ind w:left="253" w:right="0"/>
      </w:pPr>
      <w:r>
        <w:rPr>
          <w:rFonts w:ascii="Calibri" w:hAnsi="Calibri"/>
          <w:b w:val="0"/>
          <w:i w:val="0"/>
          <w:sz w:val="20"/>
        </w:rPr>
        <w:t xml:space="preserve">Il sottoscritto precisa (fornire eventuali spiegazioni utili o indicare eventuali documenti allegati): </w:t>
      </w:r>
    </w:p>
    <w:p>
      <w:pPr>
        <w:spacing w:before="280" w:after="0" w:line="240" w:lineRule="auto"/>
        <w:ind w:left="0" w:right="0"/>
        <w:jc w:val="right"/>
      </w:pPr>
      <w:r>
        <w:rPr>
          <w:rFonts w:ascii="Calibri" w:hAnsi="Calibri"/>
          <w:b w:val="0"/>
          <w:i w:val="0"/>
          <w:sz w:val="20"/>
        </w:rPr>
        <w:t xml:space="preserve">(Firma) </w:t>
      </w:r>
    </w:p>
    <w:sectPr w:rsidR="00FC693F" w:rsidRPr="0006063C" w:rsidSect="00034616">
      <w:pgSz w:w="11906" w:h="16838"/>
      <w:pgMar w:top="1077" w:right="992" w:bottom="794" w:left="992" w:header="397" w:footer="39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 w:before="0" w:line="240" w:lineRule="auto"/>
    </w:pPr>
    <w:rPr>
      <w:rFonts w:ascii="Calibri" w:hAnsi="Calibri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Esercizio dei diritti in materia di protezione dei dati personali</dc:title>
  <dc:subject/>
  <dc:creator>GREENWAVER S.r.l.</dc:creator>
  <cp:keywords/>
  <dc:description>generated by python-docx</dc:description>
  <cp:lastModifiedBy>GREENWAVER S.r.l.</cp:lastModifiedBy>
  <cp:revision>1</cp:revision>
  <dcterms:created xsi:type="dcterms:W3CDTF">2013-12-23T23:15:00Z</dcterms:created>
  <dcterms:modified xsi:type="dcterms:W3CDTF">2013-12-23T23:15:00Z</dcterms:modified>
  <cp:category/>
</cp:coreProperties>
</file>